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32F9D0" w14:textId="4F00A81C" w:rsidR="009868D7" w:rsidRDefault="00000000" w:rsidP="0030796B">
      <w:pPr>
        <w:pStyle w:val="Title"/>
      </w:pPr>
      <w:r w:rsidRPr="0030796B">
        <w:rPr>
          <w:color w:val="377F2D"/>
        </w:rPr>
        <w:t>INTAKE QUESTIONNAIRE</w:t>
      </w:r>
      <w:r w:rsidR="0030796B">
        <w:t xml:space="preserve">  </w:t>
      </w:r>
      <w:r w:rsidR="0030796B">
        <w:rPr>
          <w:noProof/>
        </w:rPr>
        <w:t xml:space="preserve">      </w:t>
      </w:r>
      <w:r w:rsidR="0030796B">
        <w:rPr>
          <w:noProof/>
        </w:rPr>
        <w:drawing>
          <wp:inline distT="0" distB="0" distL="0" distR="0" wp14:anchorId="673E1FFF" wp14:editId="03D86898">
            <wp:extent cx="2236770" cy="1047750"/>
            <wp:effectExtent l="0" t="0" r="0" b="0"/>
            <wp:docPr id="85332083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3320834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287098" cy="1071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5400"/>
        <w:gridCol w:w="5400"/>
      </w:tblGrid>
      <w:tr w:rsidR="009868D7" w14:paraId="5BD9B8DC" w14:textId="77777777">
        <w:tc>
          <w:tcPr>
            <w:tcW w:w="5400" w:type="dxa"/>
          </w:tcPr>
          <w:p w14:paraId="05A6A39E" w14:textId="77777777" w:rsidR="009868D7" w:rsidRDefault="009868D7"/>
          <w:p w14:paraId="64DF8C09" w14:textId="77777777" w:rsidR="009868D7" w:rsidRPr="0030796B" w:rsidRDefault="00000000">
            <w:pPr>
              <w:rPr>
                <w:color w:val="377F2D"/>
              </w:rPr>
            </w:pPr>
            <w:r w:rsidRPr="0030796B">
              <w:rPr>
                <w:b/>
                <w:color w:val="377F2D"/>
                <w:sz w:val="28"/>
              </w:rPr>
              <w:t>PERSONAL INFORMATION</w:t>
            </w:r>
          </w:p>
          <w:p w14:paraId="6F0C127A" w14:textId="77777777" w:rsidR="009868D7" w:rsidRDefault="00000000">
            <w:r>
              <w:t>Full Name: ________________________________________</w:t>
            </w:r>
          </w:p>
          <w:p w14:paraId="3D2DD106" w14:textId="77777777" w:rsidR="009868D7" w:rsidRDefault="00000000">
            <w:r>
              <w:t>Date of Birth: ______________________________</w:t>
            </w:r>
          </w:p>
          <w:p w14:paraId="21B8B304" w14:textId="77777777" w:rsidR="009868D7" w:rsidRDefault="00000000">
            <w:r>
              <w:t>Phone Number: ______________________________</w:t>
            </w:r>
          </w:p>
          <w:p w14:paraId="45B86024" w14:textId="77777777" w:rsidR="009868D7" w:rsidRDefault="00000000">
            <w:r>
              <w:t>Email Address: ___________________________________</w:t>
            </w:r>
          </w:p>
          <w:p w14:paraId="4D4D2E0D" w14:textId="77777777" w:rsidR="009868D7" w:rsidRDefault="00000000">
            <w:r>
              <w:t>Previous Address: ___________________________________</w:t>
            </w:r>
          </w:p>
          <w:p w14:paraId="24EC94EC" w14:textId="77777777" w:rsidR="009868D7" w:rsidRPr="0030796B" w:rsidRDefault="00000000">
            <w:pPr>
              <w:rPr>
                <w:color w:val="377F2D"/>
              </w:rPr>
            </w:pPr>
            <w:r w:rsidRPr="0030796B">
              <w:rPr>
                <w:b/>
                <w:color w:val="377F2D"/>
                <w:sz w:val="28"/>
              </w:rPr>
              <w:t>CURRENT HOUSING SITUATION</w:t>
            </w:r>
          </w:p>
          <w:p w14:paraId="2319E04D" w14:textId="77777777" w:rsidR="009868D7" w:rsidRDefault="00000000">
            <w:r>
              <w:t>(Check one)</w:t>
            </w:r>
          </w:p>
          <w:p w14:paraId="32BEB726" w14:textId="77777777" w:rsidR="009868D7" w:rsidRDefault="00000000">
            <w:r>
              <w:t>☐ Homeless</w:t>
            </w:r>
          </w:p>
          <w:p w14:paraId="59850A17" w14:textId="77777777" w:rsidR="009868D7" w:rsidRDefault="00000000">
            <w:r>
              <w:t>☐ Staying with Friends/Family</w:t>
            </w:r>
          </w:p>
          <w:p w14:paraId="5FE0F3AA" w14:textId="77777777" w:rsidR="009868D7" w:rsidRDefault="00000000">
            <w:r>
              <w:t>☐ Shelter</w:t>
            </w:r>
          </w:p>
          <w:p w14:paraId="53F09C65" w14:textId="77777777" w:rsidR="009868D7" w:rsidRDefault="00000000">
            <w:r>
              <w:t>☐ Transitional Housing</w:t>
            </w:r>
          </w:p>
          <w:p w14:paraId="50ACAE26" w14:textId="77777777" w:rsidR="009868D7" w:rsidRDefault="00000000">
            <w:r>
              <w:t>☐ Coming from Incarceration</w:t>
            </w:r>
          </w:p>
          <w:p w14:paraId="0BA1D162" w14:textId="77777777" w:rsidR="009868D7" w:rsidRDefault="00000000">
            <w:r>
              <w:t>☐ Other: ____________________</w:t>
            </w:r>
          </w:p>
          <w:p w14:paraId="59EA4D74" w14:textId="77777777" w:rsidR="009868D7" w:rsidRPr="0030796B" w:rsidRDefault="00000000">
            <w:pPr>
              <w:rPr>
                <w:color w:val="377F2D"/>
              </w:rPr>
            </w:pPr>
            <w:r w:rsidRPr="0030796B">
              <w:rPr>
                <w:b/>
                <w:color w:val="377F2D"/>
                <w:sz w:val="28"/>
              </w:rPr>
              <w:t>EMERGENCY CONTACT</w:t>
            </w:r>
          </w:p>
          <w:p w14:paraId="0CAA4578" w14:textId="77777777" w:rsidR="009868D7" w:rsidRDefault="00000000">
            <w:r>
              <w:t>Name: ________________________________________</w:t>
            </w:r>
          </w:p>
          <w:p w14:paraId="7B37B667" w14:textId="77777777" w:rsidR="009868D7" w:rsidRDefault="00000000">
            <w:r>
              <w:t>Phone Number: ______________________________</w:t>
            </w:r>
          </w:p>
          <w:p w14:paraId="235D74E5" w14:textId="77777777" w:rsidR="009868D7" w:rsidRDefault="00000000">
            <w:r>
              <w:t>Relationship: ______________________________</w:t>
            </w:r>
          </w:p>
          <w:p w14:paraId="535A492F" w14:textId="77777777" w:rsidR="009868D7" w:rsidRPr="0030796B" w:rsidRDefault="00000000">
            <w:pPr>
              <w:rPr>
                <w:color w:val="377F2D"/>
              </w:rPr>
            </w:pPr>
            <w:r w:rsidRPr="0030796B">
              <w:rPr>
                <w:b/>
                <w:color w:val="377F2D"/>
                <w:sz w:val="28"/>
              </w:rPr>
              <w:t>LEGAL HISTORY</w:t>
            </w:r>
          </w:p>
          <w:p w14:paraId="49B681AA" w14:textId="77777777" w:rsidR="009868D7" w:rsidRDefault="00000000">
            <w:r>
              <w:t>Have you ever been convicted of a misdemeanor or felony?</w:t>
            </w:r>
          </w:p>
          <w:p w14:paraId="79993EAE" w14:textId="77777777" w:rsidR="009868D7" w:rsidRDefault="00000000">
            <w:r>
              <w:t>☐ Yes   ☐ No</w:t>
            </w:r>
          </w:p>
          <w:p w14:paraId="070696F2" w14:textId="77777777" w:rsidR="009868D7" w:rsidRDefault="00000000">
            <w:r>
              <w:lastRenderedPageBreak/>
              <w:t>If yes, please explain: ______________________________</w:t>
            </w:r>
          </w:p>
          <w:p w14:paraId="22D96D99" w14:textId="77777777" w:rsidR="009868D7" w:rsidRDefault="00000000">
            <w:r>
              <w:t>__________________________________________________</w:t>
            </w:r>
          </w:p>
          <w:p w14:paraId="0A4E5C74" w14:textId="77777777" w:rsidR="009868D7" w:rsidRPr="0030796B" w:rsidRDefault="00000000">
            <w:pPr>
              <w:rPr>
                <w:color w:val="377F2D"/>
              </w:rPr>
            </w:pPr>
            <w:r w:rsidRPr="0030796B">
              <w:rPr>
                <w:b/>
                <w:color w:val="377F2D"/>
                <w:sz w:val="28"/>
              </w:rPr>
              <w:t>GOALS &amp; EXPECTATIONS</w:t>
            </w:r>
          </w:p>
          <w:p w14:paraId="7B3D87C2" w14:textId="77777777" w:rsidR="009868D7" w:rsidRDefault="00000000">
            <w:r>
              <w:t>What are your personal goals while in this program?</w:t>
            </w:r>
          </w:p>
          <w:p w14:paraId="028E1178" w14:textId="77777777" w:rsidR="009868D7" w:rsidRDefault="00000000">
            <w:r>
              <w:t>__________________________________________________</w:t>
            </w:r>
          </w:p>
          <w:p w14:paraId="1F40E2F7" w14:textId="77777777" w:rsidR="009868D7" w:rsidRDefault="00000000">
            <w:r>
              <w:t>__________________________________________________</w:t>
            </w:r>
          </w:p>
          <w:p w14:paraId="174FE451" w14:textId="77777777" w:rsidR="009868D7" w:rsidRDefault="00000000">
            <w:r>
              <w:t>What do you expect from this program?</w:t>
            </w:r>
          </w:p>
          <w:p w14:paraId="6EF6C5F3" w14:textId="77777777" w:rsidR="009868D7" w:rsidRDefault="00000000">
            <w:r>
              <w:t>__________________________________________________</w:t>
            </w:r>
          </w:p>
          <w:p w14:paraId="0C14E2E8" w14:textId="77777777" w:rsidR="009868D7" w:rsidRDefault="00000000">
            <w:r>
              <w:t>__________________________________________________</w:t>
            </w:r>
          </w:p>
        </w:tc>
        <w:tc>
          <w:tcPr>
            <w:tcW w:w="5400" w:type="dxa"/>
          </w:tcPr>
          <w:p w14:paraId="185199DA" w14:textId="77777777" w:rsidR="009868D7" w:rsidRDefault="009868D7"/>
          <w:p w14:paraId="0D88032F" w14:textId="77777777" w:rsidR="009868D7" w:rsidRPr="0030796B" w:rsidRDefault="00000000">
            <w:pPr>
              <w:rPr>
                <w:color w:val="377F2D"/>
              </w:rPr>
            </w:pPr>
            <w:r w:rsidRPr="0030796B">
              <w:rPr>
                <w:b/>
                <w:color w:val="377F2D"/>
                <w:sz w:val="28"/>
              </w:rPr>
              <w:t>HEALTH &amp; LIFESTYLE</w:t>
            </w:r>
          </w:p>
          <w:p w14:paraId="35EEE463" w14:textId="77777777" w:rsidR="009868D7" w:rsidRDefault="00000000">
            <w:r>
              <w:t>Do you have any mobility limitations?</w:t>
            </w:r>
          </w:p>
          <w:p w14:paraId="28BC7A4A" w14:textId="77777777" w:rsidR="009868D7" w:rsidRDefault="00000000">
            <w:r>
              <w:t>☐ Yes   ☐ No</w:t>
            </w:r>
          </w:p>
          <w:p w14:paraId="61AC37EE" w14:textId="77777777" w:rsidR="009868D7" w:rsidRDefault="00000000">
            <w:r>
              <w:t>If yes, explain: ______________________________</w:t>
            </w:r>
          </w:p>
          <w:p w14:paraId="26EA9781" w14:textId="77777777" w:rsidR="009868D7" w:rsidRDefault="00000000">
            <w:r>
              <w:t>__________________________________________________</w:t>
            </w:r>
          </w:p>
          <w:p w14:paraId="10C2F4E0" w14:textId="77777777" w:rsidR="009868D7" w:rsidRDefault="00000000">
            <w:r>
              <w:t>Do you take any daily medications?</w:t>
            </w:r>
          </w:p>
          <w:p w14:paraId="2238F404" w14:textId="77777777" w:rsidR="009868D7" w:rsidRDefault="00000000">
            <w:r>
              <w:t>☐ Yes   ☐ No</w:t>
            </w:r>
          </w:p>
          <w:p w14:paraId="7DF61198" w14:textId="77777777" w:rsidR="009868D7" w:rsidRDefault="00000000">
            <w:r>
              <w:t>If yes, list: ______________________________</w:t>
            </w:r>
          </w:p>
          <w:p w14:paraId="640DF3BF" w14:textId="77777777" w:rsidR="009868D7" w:rsidRDefault="00000000">
            <w:r>
              <w:t>__________________________________________________</w:t>
            </w:r>
          </w:p>
          <w:p w14:paraId="064CC639" w14:textId="77777777" w:rsidR="009868D7" w:rsidRDefault="00000000">
            <w:r>
              <w:t>Do you have any chronic medical conditions or disabilities?</w:t>
            </w:r>
          </w:p>
          <w:p w14:paraId="4A5D3865" w14:textId="77777777" w:rsidR="009868D7" w:rsidRDefault="00000000">
            <w:r>
              <w:t>☐ Yes   ☐ No</w:t>
            </w:r>
          </w:p>
          <w:p w14:paraId="754963AA" w14:textId="77777777" w:rsidR="009868D7" w:rsidRDefault="00000000">
            <w:r>
              <w:t>If yes, explain: ______________________________</w:t>
            </w:r>
          </w:p>
          <w:p w14:paraId="1B815CF5" w14:textId="77777777" w:rsidR="009868D7" w:rsidRDefault="00000000">
            <w:r>
              <w:t>__________________________________________________</w:t>
            </w:r>
          </w:p>
          <w:p w14:paraId="4CD7E192" w14:textId="77777777" w:rsidR="009868D7" w:rsidRDefault="00000000">
            <w:r>
              <w:t>Do you require assistance with daily tasks?</w:t>
            </w:r>
          </w:p>
          <w:p w14:paraId="10F56B38" w14:textId="77777777" w:rsidR="009868D7" w:rsidRDefault="00000000">
            <w:r>
              <w:t>☐ Yes   ☐ No</w:t>
            </w:r>
          </w:p>
          <w:p w14:paraId="321EFA44" w14:textId="77777777" w:rsidR="009868D7" w:rsidRDefault="00000000">
            <w:r>
              <w:t>If yes, explain: ______________________________</w:t>
            </w:r>
          </w:p>
          <w:p w14:paraId="6973E202" w14:textId="77777777" w:rsidR="009868D7" w:rsidRDefault="00000000">
            <w:r>
              <w:t>__________________________________________________</w:t>
            </w:r>
          </w:p>
          <w:p w14:paraId="1DB268BB" w14:textId="77777777" w:rsidR="009868D7" w:rsidRPr="0030796B" w:rsidRDefault="00000000">
            <w:pPr>
              <w:rPr>
                <w:color w:val="377F2D"/>
              </w:rPr>
            </w:pPr>
            <w:r w:rsidRPr="0030796B">
              <w:rPr>
                <w:b/>
                <w:color w:val="377F2D"/>
                <w:sz w:val="28"/>
              </w:rPr>
              <w:t>LIVING PREFERENCES</w:t>
            </w:r>
          </w:p>
          <w:p w14:paraId="60688707" w14:textId="77777777" w:rsidR="009868D7" w:rsidRDefault="00000000">
            <w:r>
              <w:t>Preferred Room Type:</w:t>
            </w:r>
          </w:p>
          <w:p w14:paraId="2511011E" w14:textId="77777777" w:rsidR="009868D7" w:rsidRDefault="00000000">
            <w:r>
              <w:t>☐ Private Room</w:t>
            </w:r>
          </w:p>
          <w:p w14:paraId="1864B31E" w14:textId="77777777" w:rsidR="009868D7" w:rsidRDefault="00000000">
            <w:r>
              <w:t>☐ Shared Room</w:t>
            </w:r>
          </w:p>
          <w:p w14:paraId="6A3849DB" w14:textId="77777777" w:rsidR="009868D7" w:rsidRDefault="00000000">
            <w:r>
              <w:t>Preferred Length of Stay:</w:t>
            </w:r>
          </w:p>
          <w:p w14:paraId="0C764D19" w14:textId="77777777" w:rsidR="009868D7" w:rsidRDefault="00000000">
            <w:r>
              <w:lastRenderedPageBreak/>
              <w:t>☐ Short-Term (6 months or less)</w:t>
            </w:r>
          </w:p>
          <w:p w14:paraId="31787932" w14:textId="77777777" w:rsidR="009868D7" w:rsidRDefault="00000000">
            <w:r>
              <w:t>☐ Long-Term (6 months or more)</w:t>
            </w:r>
          </w:p>
          <w:p w14:paraId="75CE4715" w14:textId="77777777" w:rsidR="009868D7" w:rsidRDefault="00000000">
            <w:r>
              <w:t>☐ Emergency Placement (Minimum 30 days)</w:t>
            </w:r>
          </w:p>
          <w:p w14:paraId="0589DB41" w14:textId="77777777" w:rsidR="009868D7" w:rsidRDefault="00000000">
            <w:r>
              <w:t>What is important to you in a home environment?</w:t>
            </w:r>
          </w:p>
          <w:p w14:paraId="14AD1260" w14:textId="77777777" w:rsidR="009868D7" w:rsidRDefault="00000000">
            <w:r>
              <w:t>__________________________________________________</w:t>
            </w:r>
          </w:p>
          <w:p w14:paraId="4EA6A479" w14:textId="77777777" w:rsidR="009868D7" w:rsidRDefault="00000000">
            <w:r>
              <w:t>__________________________________________________</w:t>
            </w:r>
          </w:p>
          <w:p w14:paraId="6A008741" w14:textId="77777777" w:rsidR="009868D7" w:rsidRDefault="00000000">
            <w:r>
              <w:t>How do you handle conflict or disagreements in shared spaces?</w:t>
            </w:r>
          </w:p>
          <w:p w14:paraId="3151A587" w14:textId="77777777" w:rsidR="009868D7" w:rsidRDefault="00000000">
            <w:r>
              <w:t>__________________________________________________</w:t>
            </w:r>
          </w:p>
          <w:p w14:paraId="2447E883" w14:textId="77777777" w:rsidR="009868D7" w:rsidRDefault="00000000">
            <w:r>
              <w:t>__________________________________________________</w:t>
            </w:r>
          </w:p>
          <w:p w14:paraId="75AFB377" w14:textId="77777777" w:rsidR="009868D7" w:rsidRPr="0030796B" w:rsidRDefault="00000000">
            <w:pPr>
              <w:rPr>
                <w:color w:val="377F2D"/>
              </w:rPr>
            </w:pPr>
            <w:r w:rsidRPr="0030796B">
              <w:rPr>
                <w:b/>
                <w:color w:val="377F2D"/>
                <w:sz w:val="28"/>
              </w:rPr>
              <w:t>REFERRAL INFORMATION</w:t>
            </w:r>
          </w:p>
          <w:p w14:paraId="7084E02D" w14:textId="77777777" w:rsidR="009868D7" w:rsidRDefault="00000000">
            <w:r>
              <w:t>Referring Agency / Person: ______________________________</w:t>
            </w:r>
          </w:p>
          <w:p w14:paraId="3499199B" w14:textId="77777777" w:rsidR="009868D7" w:rsidRDefault="00000000">
            <w:r>
              <w:t>Contact Name: ______________________________</w:t>
            </w:r>
          </w:p>
          <w:p w14:paraId="70782181" w14:textId="77777777" w:rsidR="009868D7" w:rsidRDefault="00000000">
            <w:r>
              <w:t>Phone Number: ______________________________</w:t>
            </w:r>
          </w:p>
          <w:p w14:paraId="4BAA35AB" w14:textId="77777777" w:rsidR="009868D7" w:rsidRDefault="00000000">
            <w:r>
              <w:t>Email Address: ___________________________________</w:t>
            </w:r>
          </w:p>
        </w:tc>
      </w:tr>
    </w:tbl>
    <w:p w14:paraId="4A95C4A9" w14:textId="77777777" w:rsidR="009868D7" w:rsidRDefault="009868D7"/>
    <w:p w14:paraId="6EA66115" w14:textId="0347C238" w:rsidR="009868D7" w:rsidRDefault="00000000">
      <w:r>
        <w:t xml:space="preserve">I understand that </w:t>
      </w:r>
      <w:r w:rsidR="0030796B">
        <w:t>A Hope and A Care is</w:t>
      </w:r>
      <w:r>
        <w:t xml:space="preserve"> a structured, drug and alcohol-free program. I agree to follow all program guidelines and expectations.</w:t>
      </w:r>
    </w:p>
    <w:p w14:paraId="7FE74CB9" w14:textId="77777777" w:rsidR="009868D7" w:rsidRDefault="00000000">
      <w:r>
        <w:rPr>
          <w:b/>
        </w:rPr>
        <w:t xml:space="preserve">Participant Name (Print): </w:t>
      </w:r>
      <w:r>
        <w:t>______________________________</w:t>
      </w:r>
      <w:r>
        <w:rPr>
          <w:b/>
        </w:rPr>
        <w:t xml:space="preserve">   Signature: </w:t>
      </w:r>
      <w:r>
        <w:t>______________________________</w:t>
      </w:r>
      <w:r>
        <w:rPr>
          <w:b/>
        </w:rPr>
        <w:t xml:space="preserve">   Date: </w:t>
      </w:r>
      <w:r>
        <w:t>_______________</w:t>
      </w:r>
    </w:p>
    <w:p w14:paraId="67775D33" w14:textId="77777777" w:rsidR="009868D7" w:rsidRDefault="00000000">
      <w:r>
        <w:rPr>
          <w:b/>
        </w:rPr>
        <w:t xml:space="preserve">Reviewed By: </w:t>
      </w:r>
      <w:r>
        <w:t>______________________________</w:t>
      </w:r>
      <w:r>
        <w:rPr>
          <w:b/>
        </w:rPr>
        <w:t xml:space="preserve">   Date: </w:t>
      </w:r>
      <w:r>
        <w:t>_______________   Approved ☐   Denied ☐</w:t>
      </w:r>
    </w:p>
    <w:sectPr w:rsidR="009868D7" w:rsidSect="00034616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778838776">
    <w:abstractNumId w:val="8"/>
  </w:num>
  <w:num w:numId="2" w16cid:durableId="1253392806">
    <w:abstractNumId w:val="6"/>
  </w:num>
  <w:num w:numId="3" w16cid:durableId="521553692">
    <w:abstractNumId w:val="5"/>
  </w:num>
  <w:num w:numId="4" w16cid:durableId="482896951">
    <w:abstractNumId w:val="4"/>
  </w:num>
  <w:num w:numId="5" w16cid:durableId="2011983786">
    <w:abstractNumId w:val="7"/>
  </w:num>
  <w:num w:numId="6" w16cid:durableId="1886790024">
    <w:abstractNumId w:val="3"/>
  </w:num>
  <w:num w:numId="7" w16cid:durableId="556671612">
    <w:abstractNumId w:val="2"/>
  </w:num>
  <w:num w:numId="8" w16cid:durableId="337737798">
    <w:abstractNumId w:val="1"/>
  </w:num>
  <w:num w:numId="9" w16cid:durableId="20990598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0796B"/>
    <w:rsid w:val="00326F90"/>
    <w:rsid w:val="009868D7"/>
    <w:rsid w:val="00AA1D8D"/>
    <w:rsid w:val="00B47730"/>
    <w:rsid w:val="00CB0664"/>
    <w:rsid w:val="00F17103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A621701"/>
  <w14:defaultImageDpi w14:val="300"/>
  <w15:docId w15:val="{2E176478-8C7F-4320-BA4A-CBAE2A6250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427</Words>
  <Characters>2439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2861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Ceaser, Ramona</cp:lastModifiedBy>
  <cp:revision>2</cp:revision>
  <cp:lastPrinted>2026-05-14T12:56:00Z</cp:lastPrinted>
  <dcterms:created xsi:type="dcterms:W3CDTF">2013-12-23T23:15:00Z</dcterms:created>
  <dcterms:modified xsi:type="dcterms:W3CDTF">2026-05-14T12:57:00Z</dcterms:modified>
  <cp:category/>
</cp:coreProperties>
</file>